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système de gestion de la paie-service de budget -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Gharbouje Ahmed Yehia/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du domaine/ S’authentifier/ Identification des besoins/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