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 web dynamique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KHELLOUF khawla/ Salim Djaaboub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commerce électronique/ uml/ Technologie Web/ Modélisation UML/ Processus unifié (UP/ Langages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