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Implémentation de l'algorithme RIJNDAELpour la sécurité des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Lahkiri Abderraouf/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cryptologie/ La cryptanalyse/ Types d'attaques/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