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d'une application pour la gestion d'un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maamar radja/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