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 pour la gestion et la réservation d'un billet d'avion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BOUKERCHE amira/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Conception/ capturr des besoins/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