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Bourekba Soumia/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l’internet/ L’UML/ Le site Web/ les logiciels utilisés/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