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Conception et réalisation d'un site web dynamique pour le site monumental de Djemila-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Fathi Amin chouki/ ATTIA mourad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49P.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00418811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internet/ site de Djemila/ Les diagrammes d’UML/ Définition d’un Joomla/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