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Prpposition d'une infrastructure pour l'e-administration à base de service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AGGOUN salim/ ATTIA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SQL/ uml/ HTML/ WSDL/ SOA/ services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