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Conception et réalisation d'un sit web dynamique pour la réservation en ligne dans un hotel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Type Document</w:t>
            </w:r>
          </w:p>
        </w:tc>
        <w:tc>
          <w:tcPr>
            <w:tcW w:type="dxa" w:w="4320"/>
            <w:vAlign w:val="center"/>
          </w:tcPr>
          <w:p>
            <w:r>
              <w:t>Autres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Langue</w:t>
            </w:r>
          </w:p>
        </w:tc>
        <w:tc>
          <w:tcPr>
            <w:tcW w:type="dxa" w:w="7000"/>
          </w:tcPr>
          <w:p>
            <w:r>
              <w:t>Français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Auteur(s)</w:t>
            </w:r>
          </w:p>
        </w:tc>
        <w:tc>
          <w:tcPr>
            <w:tcW w:type="dxa" w:w="7000"/>
          </w:tcPr>
          <w:p>
            <w:r>
              <w:t xml:space="preserve">GUECHI nawal/ HETTAB Abd El Kamel encadreur/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Adresse bib.</w:t>
            </w:r>
          </w:p>
        </w:tc>
        <w:tc>
          <w:tcPr>
            <w:tcW w:type="dxa" w:w="7000"/>
          </w:tcPr>
          <w:p>
            <w:r>
              <w:t xml:space="preserve">Centre universitaire mila/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Nombre de Pages</w:t>
            </w:r>
          </w:p>
        </w:tc>
        <w:tc>
          <w:tcPr>
            <w:tcW w:type="dxa" w:w="7000"/>
          </w:tcPr>
          <w:p>
            <w:r>
              <w:t>68p.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Format</w:t>
            </w:r>
          </w:p>
        </w:tc>
        <w:tc>
          <w:tcPr>
            <w:tcW w:type="dxa" w:w="7000"/>
          </w:tcPr>
          <w:p>
            <w:r>
              <w:t>30*21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Numéro d'Identification</w:t>
            </w:r>
          </w:p>
        </w:tc>
        <w:tc>
          <w:tcPr>
            <w:tcW w:type="dxa" w:w="7000"/>
          </w:tcPr>
          <w:p>
            <w:r>
              <w:t>00418211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Sujet(s)</w:t>
            </w:r>
          </w:p>
        </w:tc>
        <w:tc>
          <w:tcPr>
            <w:tcW w:type="dxa" w:w="7000"/>
          </w:tcPr>
          <w:p>
            <w:r>
              <w:t xml:space="preserve">uml/ UP/ Site web/ hôtel/ </w:t>
            </w:r>
          </w:p>
        </w:tc>
      </w:tr>
    </w:tbl>
    <w:p>
      <w:pPr>
        <w:pStyle w:val="Heading3"/>
      </w:pPr>
      <w:r>
        <w:t>Résumé :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01/08/2026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