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une agence de location de voiture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Bouanane Zina/ KHALEFI Souheila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uml/ HTML/ Le Web/ Java Script/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