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un magasin en ligne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Bouabibsa Abdelaziz/ Gettiche Mourad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internet/ uml/ Diagrammes élaborés/ Le commerce électronique/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