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site web des petites annonces de vente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Fahci Rochdi/ Dib Abderrahim( 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Le site Web/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