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affine pour résoudre un problème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BENKACIR abdlfatah/ Benaouicha Loubna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sans contrainte/ Optimisation avec contraintes/ Méthode de points intérieurs/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