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èthode de karmark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ALA amina/ Baiche Kanzia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Mèthode de karemarka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