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conv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EKET khadidja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mble convexe/ Fonction convexe/ Optimisation convex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