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Théorème central limite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Mokrani Yousra/ Mehazzem Allal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échantillons/ Estimations/ Théorème du TCL/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