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simplexe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 leyla/ K. BAICHE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méthode du simplexe/ Préliminaires/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