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générale d'un problème de transport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Tikoudane Fateh/ Wahida FADEL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mathématique/ Position du problème/ Méthodes d'initialisation/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