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ses systèmes différentiels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CHEBOUKI Naouel/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différentiels/ stabilité des solutions/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