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renovation du reseau d'assainissement du quartier d'oued dhebii -wilaya d'annaba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BOULMERKA amina/ M.TOURKI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 système unitaire/ Paramétrage hydraulique/ Détermination des déblais/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