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Differents procedes d'epurations des eau usees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BOUGHADI abdelhakim/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eaux usées/ Les Bactéries/ Les Protozoaires/ Les Paramètres biologiques/ Le relevage/ Le Tamisage/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