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recherch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ouf Hadjer/ Baiche Kanz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recherche liné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