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 AEP du chef lieu de la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Achoub Houcin/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l'eau/ geologie/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