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, Classification , Equipements et Sécurité dans le tunnel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BOUABIBSSA rabah/ Guettiche Abdelhak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tunnels/ Tunnels ferroviaires/ Galeries hydrauliques/ Le creusement/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