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Contrubition à l'etude hydrochimique des eaux du surface du barrage de zerdazas - w.skikda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CHOUCHA radia/ KEMOUKH.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geologie/ hydrochimie/ hydroclimatologie/ Géologie locale/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