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la renovation du reseau d'assainissement du quartier du 08 mai 1945 -w. d'annaba.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lehchilli nouh/ M.TOURKI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6271211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les reseaux d'assainissement/ Equipement éducatif/ Equipement Sociale/ Le volume des conduites/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