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Diagnostict du système d'aep du centre sbikhia - daira - ain elbeida hriche w.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BIOUD ammar/ chebah 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 des besoins en eau/ Diagnostique du réseau/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