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comblement des lacunes des données pluviométriques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Medjdoub Chahinéz/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Définition de précipitation/ le pluviomètre/ le pluviographe/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