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différents procédés de dessalement des eaux de mer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SEDDIK nabila/ KABOUR Abdeslam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Eaux de mer/ Procédés de dessalement/ La distillation/ La congélation/ A membranes/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