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climatique et morphometrique du bassin versant de l'oued el rhumel-nord est algerien -mila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Mouslim Abd errahim/ M.TOURKI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6273811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Aperçu géographique/ Description physiographique/ Pluies annuelles/ Pluies mensuelles/ stations hydrométriques/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