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l'ecoulement à surface libre (cas ressaut hydraulique)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Azioui asma/ M.Bensouici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des écoulements/ Ecoulement uniforme/ Ecoulement permanent/ Définition de l'hydraulique/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