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reseau d'assainissement pour la cite d'oued ziad-commune d'oued el aneb-wilaya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Hammana Mourad/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estimation/ Le réseau unitaire/ Le réseau séparatif/ des différents volumes/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