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calcul d'un chateau d'eau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Bouhallas Dounya/ Guettiche abdelhaq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Estimation des besoins en eau/ les châteaux d’eau/ Les équipements hydraulique/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