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létude hydrologique du bassin versant du barrage du Zerdezas.W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Cherkrak Chahra/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hydroclimatologie/ la Géologie/ Les pentes/ Caractéristiques morphométriques/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