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) travers un coude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MEZILI salah eddine/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barrages/ L’irrigation/ L’épuration de l’eau/ Station de pompage/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