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Homogénéisation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labiod fatima zohra/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pluviomètre/ le pluviographe/ Le hyétogramme moyen/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