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القوائم المالية في ظل النطام المحاسبي المالي دراسة حالة الوحدة الإنتاجية والتجارية مطاحن بني هارون -القرارم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تقي الدين/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الاسعار/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