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الصكوك الإسلامية ودورها في تمويل عملية التنمية الاقتصادية دراسة حالة بنك دبي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درادة سمية/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بنك دبي الإسلامي/ التمويل الإسلامي/ الصكوك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