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الامتيازات الجبائية ودورها في تطوير الاستثمار دراسة ميدانية للوكالة الوطنية لدعم تشغيل الشباب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حميمص نبيلة/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النظام الجبائي/ الإمتيازات الجبائية/ الإصلاحات الجبائية/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