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الاعتماد المستندي في تمويل التجارة الخارجية 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عسكر كريم/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الأسهم/ السندات/ وسائل الدفع/ الإئتمان التجاري/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