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أنظمة محاسبة التكاليف في مراقبة تكاليف الاستغلال دراسة حالة عينة من المؤسسات الصغيرة والمتوسطة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بوداب عبد الرؤوف/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الإنتاج/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