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المرافقة كألية لدعم وترقية المشاريع المصغرة دراسة حالة الوكالة الوطنية لدعم تشغيل الشباب- فرع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بويزار حسيبة/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المحلية/ المؤسسة المصغرة/ المشاريع المصغرة/ المرافقة/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