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المالية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 مسعداوي/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9789957544942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القروض/ التمويل/ الازمة المالية/ المديونية/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