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تطور النظام المالي والنمو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أشواق بن قدور/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9789957544676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النمو الاقتصادي/ الاداري الاقتصاد/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