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متعددة الجنسيات وسيادة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مدحت غسان/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الدولة/ الشركات المتعددة الجنسيات/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