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مداخل في الادارة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مريزق محمد عدمان/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9789957544300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الخدمات الصحية/ الادارة الصحية/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