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اتخاذ القرارات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 بطرس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التنفيذية/ اتخاذ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