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استراتيجيات الاعلام المالي والمصرفي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بهاء الدين حمدي/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9789957544850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التنمية/ الاعلام/ الازمات/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