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الزراعي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جواد سعد العارف/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9789957499815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الزراعة/ الاقتصاد الزراعي/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