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مكاتب وشركات وكلاء السياحة والسفر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عصام حسن السعيدي/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9789957499396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الاردن/ السياحة/ السفر/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